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54"/>
        <w:gridCol w:w="7200"/>
      </w:tblGrid>
      <w:tr w:rsidR="00071C9E" w:rsidRPr="001529AA" w14:paraId="0985ADF4" w14:textId="77777777">
        <w:trPr>
          <w:cantSplit/>
        </w:trPr>
        <w:tc>
          <w:tcPr>
            <w:tcW w:w="215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10E42809" w14:textId="77777777" w:rsidR="00071C9E" w:rsidRDefault="001A5363">
            <w:pPr>
              <w:keepLines/>
            </w:pPr>
            <w:r>
              <w:rPr>
                <w:noProof/>
              </w:rPr>
              <w:drawing>
                <wp:inline distT="0" distB="0" distL="0" distR="0" wp14:anchorId="368BE814" wp14:editId="30532933">
                  <wp:extent cx="1080000" cy="704746"/>
                  <wp:effectExtent l="0" t="0" r="0" b="0"/>
                  <wp:docPr id="1" name="Picture 1" descr="Image: 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int_logo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04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1BE08FCD" w14:textId="77777777" w:rsidR="00071C9E" w:rsidRPr="001529AA" w:rsidRDefault="001A5363">
            <w:pPr>
              <w:keepLines/>
              <w:spacing w:after="20"/>
              <w:rPr>
                <w:lang w:val="nl-NL"/>
              </w:rPr>
            </w:pPr>
            <w:r w:rsidRPr="001529AA">
              <w:rPr>
                <w:b/>
                <w:color w:val="236A67"/>
                <w:sz w:val="40"/>
                <w:lang w:val="nl-NL"/>
              </w:rPr>
              <w:t>AANVRAAGFORMULIER</w:t>
            </w:r>
          </w:p>
          <w:p w14:paraId="10F97D99" w14:textId="77777777" w:rsidR="00071C9E" w:rsidRPr="001529AA" w:rsidRDefault="001A5363">
            <w:pPr>
              <w:keepLines/>
              <w:spacing w:after="40"/>
              <w:rPr>
                <w:lang w:val="nl-NL"/>
              </w:rPr>
            </w:pPr>
            <w:r w:rsidRPr="001529AA">
              <w:rPr>
                <w:b/>
                <w:color w:val="2E8B86"/>
                <w:sz w:val="26"/>
                <w:lang w:val="nl-NL"/>
              </w:rPr>
              <w:t>Activiteit of initiatief</w:t>
            </w:r>
          </w:p>
          <w:p w14:paraId="4E540D0E" w14:textId="77777777" w:rsidR="00071C9E" w:rsidRPr="001529AA" w:rsidRDefault="001A5363">
            <w:pPr>
              <w:keepLines/>
              <w:spacing w:after="0"/>
              <w:rPr>
                <w:lang w:val="nl-NL"/>
              </w:rPr>
            </w:pPr>
            <w:r w:rsidRPr="001529AA">
              <w:rPr>
                <w:color w:val="667674"/>
                <w:sz w:val="19"/>
                <w:lang w:val="nl-NL"/>
              </w:rPr>
              <w:t>Dorpshuis De Flint · Nietap &amp; Terheijl</w:t>
            </w:r>
          </w:p>
        </w:tc>
      </w:tr>
    </w:tbl>
    <w:p w14:paraId="686F1147" w14:textId="77777777" w:rsidR="00071C9E" w:rsidRPr="001529AA" w:rsidRDefault="001A5363">
      <w:pPr>
        <w:spacing w:before="120" w:after="140"/>
        <w:rPr>
          <w:lang w:val="nl-NL"/>
        </w:rPr>
      </w:pPr>
      <w:r w:rsidRPr="001529AA">
        <w:rPr>
          <w:i/>
          <w:color w:val="667674"/>
          <w:sz w:val="18"/>
          <w:lang w:val="nl-NL"/>
        </w:rPr>
        <w:t>Vul dit formulier zo volledig mogelijk in. Een aanvraag is pas definitief nadat u een bevestiging van Dorpshuis De Flint heeft ontvangen.</w:t>
      </w:r>
    </w:p>
    <w:p w14:paraId="07F6AE02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1  Gegevens aanvrager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14:paraId="033D39E5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7E34B5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Naam contactpersoon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B8BD27" w14:textId="77777777" w:rsidR="00071C9E" w:rsidRDefault="009774D0">
            <w:pPr>
              <w:keepLines/>
              <w:spacing w:after="0"/>
            </w:pPr>
            <w:sdt>
              <w:sdtPr>
                <w:alias w:val="Naam contactpersoon"/>
                <w:tag w:val="Naam contactpersoon"/>
                <w:id w:val="258720902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Vul uw naam in</w:t>
                </w:r>
              </w:sdtContent>
            </w:sdt>
          </w:p>
        </w:tc>
      </w:tr>
      <w:tr w:rsidR="00071C9E" w14:paraId="3E5D3005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E2A68F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Telefoonnummer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1CA7C6" w14:textId="77777777" w:rsidR="00071C9E" w:rsidRDefault="009774D0">
            <w:pPr>
              <w:keepLines/>
              <w:spacing w:after="0"/>
            </w:pPr>
            <w:sdt>
              <w:sdtPr>
                <w:alias w:val="Telefoonnummer"/>
                <w:tag w:val="Telefoonnummer"/>
                <w:id w:val="-1463795539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Vul uw telefoonnummer in</w:t>
                </w:r>
              </w:sdtContent>
            </w:sdt>
          </w:p>
        </w:tc>
      </w:tr>
      <w:tr w:rsidR="00071C9E" w14:paraId="297CF56C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080889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E-mailadres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3C25A6" w14:textId="77777777" w:rsidR="00071C9E" w:rsidRDefault="009774D0">
            <w:pPr>
              <w:keepLines/>
              <w:spacing w:after="0"/>
            </w:pPr>
            <w:sdt>
              <w:sdtPr>
                <w:alias w:val="E-mailadres"/>
                <w:tag w:val="E-mailadres"/>
                <w:id w:val="2075472009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Vul uw e-mailadres in</w:t>
                </w:r>
              </w:sdtContent>
            </w:sdt>
          </w:p>
        </w:tc>
      </w:tr>
      <w:tr w:rsidR="00071C9E" w:rsidRPr="001529AA" w14:paraId="7E1659F0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DFF8D7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Vereniging / initiatief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5A2A51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Vereniging / initiatief"/>
                <w:tag w:val="Vereniging / initiatief"/>
                <w:id w:val="1189334966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de naam in; indien niet van toepassing: n.v.t.</w:t>
                </w:r>
              </w:sdtContent>
            </w:sdt>
          </w:p>
        </w:tc>
      </w:tr>
    </w:tbl>
    <w:p w14:paraId="3A853756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2  Factuurgegevens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02AAA45C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A8AE7E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Naam / organisatie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3ADFDB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Naam / organisatie"/>
                <w:tag w:val="Naam / organisatie"/>
                <w:id w:val="-428274182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Naam die op de factuur moet komen</w:t>
                </w:r>
              </w:sdtContent>
            </w:sdt>
          </w:p>
        </w:tc>
      </w:tr>
      <w:tr w:rsidR="00071C9E" w14:paraId="07E26F6E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70220E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Factuuradres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75B9D" w14:textId="77777777" w:rsidR="00071C9E" w:rsidRDefault="009774D0">
            <w:pPr>
              <w:keepLines/>
              <w:spacing w:after="0"/>
            </w:pPr>
            <w:sdt>
              <w:sdtPr>
                <w:alias w:val="Factuuradres"/>
                <w:tag w:val="Factuuradres"/>
                <w:id w:val="-1956866720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Straat en huisnummer</w:t>
                </w:r>
              </w:sdtContent>
            </w:sdt>
          </w:p>
        </w:tc>
      </w:tr>
      <w:tr w:rsidR="00071C9E" w14:paraId="06D689C3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D976D3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Postcode en plaats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B04867" w14:textId="77777777" w:rsidR="00071C9E" w:rsidRDefault="009774D0">
            <w:pPr>
              <w:keepLines/>
              <w:spacing w:after="0"/>
            </w:pPr>
            <w:sdt>
              <w:sdtPr>
                <w:alias w:val="Postcode en plaats"/>
                <w:tag w:val="Postcode en plaats"/>
                <w:id w:val="-364914632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Postcode en plaats</w:t>
                </w:r>
              </w:sdtContent>
            </w:sdt>
          </w:p>
        </w:tc>
      </w:tr>
      <w:tr w:rsidR="00071C9E" w:rsidRPr="001529AA" w14:paraId="05464821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6FB882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E-mailadres factuur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0635AF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E-mailadres factuur"/>
                <w:tag w:val="E-mailadres factuur"/>
                <w:id w:val="1259786528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E-mailadres voor de factuur</w:t>
                </w:r>
              </w:sdtContent>
            </w:sdt>
          </w:p>
        </w:tc>
      </w:tr>
      <w:tr w:rsidR="00071C9E" w:rsidRPr="001529AA" w14:paraId="50FA507E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49CD63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Factuurkenmerk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594008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Factuurkenmerk"/>
                <w:tag w:val="Factuurkenmerk"/>
                <w:id w:val="722418669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Optioneel: kostenplaats, inkoopnummer of ander kenmerk</w:t>
                </w:r>
              </w:sdtContent>
            </w:sdt>
          </w:p>
        </w:tc>
      </w:tr>
    </w:tbl>
    <w:p w14:paraId="2DEEC698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3  Activiteit of initiatief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1C57E015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45805F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Naam activiteit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5A9D78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Naam activiteit"/>
                <w:tag w:val="Naam activiteit"/>
                <w:id w:val="1145931325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de naam van de activiteit in</w:t>
                </w:r>
              </w:sdtContent>
            </w:sdt>
          </w:p>
        </w:tc>
      </w:tr>
      <w:tr w:rsidR="00071C9E" w:rsidRPr="001529AA" w14:paraId="5BB7304D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3C5726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Korte omschrijving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E83EA0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Korte omschrijving"/>
                <w:tag w:val="Korte omschrijving"/>
                <w:id w:val="912815179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Beschrijf kort wat u gaat organiseren</w:t>
                </w:r>
              </w:sdtContent>
            </w:sdt>
          </w:p>
        </w:tc>
      </w:tr>
    </w:tbl>
    <w:p w14:paraId="1DC4F24F" w14:textId="77777777" w:rsidR="00071C9E" w:rsidRDefault="001A5363">
      <w:pPr>
        <w:spacing w:before="20" w:after="60"/>
      </w:pPr>
      <w:r>
        <w:t>☐ Structureel</w:t>
      </w:r>
      <w:r>
        <w:rPr>
          <w:sz w:val="20"/>
        </w:rPr>
        <w:t xml:space="preserve">     </w:t>
      </w:r>
      <w:r>
        <w:t>☐ Incidenteel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43436130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908F9A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Frequentie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E1C4AF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Frequentie"/>
                <w:tag w:val="Frequentie"/>
                <w:id w:val="-1225128596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Bij structureel gebruik: bijvoorbeeld wekelijks of maandelijks</w:t>
                </w:r>
              </w:sdtContent>
            </w:sdt>
          </w:p>
        </w:tc>
      </w:tr>
    </w:tbl>
    <w:p w14:paraId="5A180B5C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4  Datum en tijd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4F2DA952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778A050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Gewenste datum(s)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AAF960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Gewenste datum(s)"/>
                <w:tag w:val="Gewenste datum(s)"/>
                <w:id w:val="1529215320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de gewenste datum of data in</w:t>
                </w:r>
              </w:sdtContent>
            </w:sdt>
          </w:p>
        </w:tc>
      </w:tr>
    </w:tbl>
    <w:p w14:paraId="25C599A4" w14:textId="77777777" w:rsidR="00071C9E" w:rsidRDefault="001A5363">
      <w:pPr>
        <w:spacing w:before="20" w:after="60"/>
      </w:pPr>
      <w:r>
        <w:t>☐ Ochtend (09.00–12.00)</w:t>
      </w:r>
      <w:r>
        <w:rPr>
          <w:sz w:val="20"/>
        </w:rPr>
        <w:t xml:space="preserve">     </w:t>
      </w:r>
      <w:r>
        <w:t>☐ Middag (13.30–16.30)</w:t>
      </w:r>
    </w:p>
    <w:p w14:paraId="28A3DCCE" w14:textId="77777777" w:rsidR="00071C9E" w:rsidRDefault="001A5363">
      <w:pPr>
        <w:spacing w:before="20" w:after="60"/>
      </w:pPr>
      <w:r>
        <w:t>☐ Avond (19.00–22.00)</w:t>
      </w:r>
      <w:r>
        <w:rPr>
          <w:sz w:val="20"/>
        </w:rPr>
        <w:t xml:space="preserve">     </w:t>
      </w:r>
      <w:r>
        <w:t>☐ Afwijkende tijd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14:paraId="4DD099E7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5A9577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Afwijkende tijd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24CCC5" w14:textId="77777777" w:rsidR="00071C9E" w:rsidRDefault="009774D0">
            <w:pPr>
              <w:keepLines/>
              <w:spacing w:after="0"/>
            </w:pPr>
            <w:sdt>
              <w:sdtPr>
                <w:alias w:val="Afwijkende tijd"/>
                <w:tag w:val="Afwijkende tijd"/>
                <w:id w:val="401254335"/>
                <w:showingPlcHdr/>
                <w:text/>
              </w:sdtPr>
              <w:sdtEndPr/>
              <w:sdtContent>
                <w:r w:rsidR="001A5363">
                  <w:rPr>
                    <w:i/>
                    <w:color w:val="7A8785"/>
                  </w:rPr>
                  <w:t>Van …………… uur tot …………… uur</w:t>
                </w:r>
              </w:sdtContent>
            </w:sdt>
          </w:p>
        </w:tc>
      </w:tr>
      <w:tr w:rsidR="00071C9E" w:rsidRPr="001529AA" w14:paraId="6D413AF0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6AD01F7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Opbouw / afbouw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3152C5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Opbouw / afbouw"/>
                <w:tag w:val="Opbouw / afbouw"/>
                <w:id w:val="-1579664309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Indien nodig: gewenste tijden voor opbouw en afbouw</w:t>
                </w:r>
              </w:sdtContent>
            </w:sdt>
          </w:p>
        </w:tc>
      </w:tr>
    </w:tbl>
    <w:p w14:paraId="7A7EEE30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5  Aantal deelnemers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5725"/>
      </w:tblGrid>
      <w:tr w:rsidR="00071C9E" w:rsidRPr="001529AA" w14:paraId="3A37B0E5" w14:textId="77777777">
        <w:trPr>
          <w:cantSplit/>
        </w:trPr>
        <w:tc>
          <w:tcPr>
            <w:tcW w:w="3628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84A1F1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Verwacht aantal deelnemers</w:t>
            </w:r>
          </w:p>
        </w:tc>
        <w:tc>
          <w:tcPr>
            <w:tcW w:w="5725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459A27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Verwacht aantal deelnemers"/>
                <w:tag w:val="Verwacht aantal deelnemers"/>
                <w:id w:val="1242755646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het verwachte aantal personen in</w:t>
                </w:r>
              </w:sdtContent>
            </w:sdt>
          </w:p>
        </w:tc>
      </w:tr>
    </w:tbl>
    <w:p w14:paraId="59DECF02" w14:textId="77777777" w:rsidR="003D2335" w:rsidRDefault="003D2335">
      <w:pPr>
        <w:keepNext/>
        <w:shd w:val="clear" w:color="auto" w:fill="E8F1EF"/>
        <w:spacing w:before="120" w:after="120"/>
        <w:ind w:left="120" w:right="120"/>
        <w:rPr>
          <w:b/>
          <w:color w:val="236A67"/>
          <w:sz w:val="25"/>
          <w:lang w:val="nl-NL"/>
        </w:rPr>
      </w:pPr>
    </w:p>
    <w:p w14:paraId="62A71D77" w14:textId="77777777" w:rsidR="003D2335" w:rsidRDefault="003D2335">
      <w:pPr>
        <w:keepNext/>
        <w:shd w:val="clear" w:color="auto" w:fill="E8F1EF"/>
        <w:spacing w:before="120" w:after="120"/>
        <w:ind w:left="120" w:right="120"/>
        <w:rPr>
          <w:b/>
          <w:color w:val="236A67"/>
          <w:sz w:val="25"/>
          <w:lang w:val="nl-NL"/>
        </w:rPr>
      </w:pPr>
    </w:p>
    <w:p w14:paraId="058A1C29" w14:textId="53B85BD0" w:rsidR="00071C9E" w:rsidRPr="001529AA" w:rsidRDefault="001A5363">
      <w:pPr>
        <w:keepNext/>
        <w:shd w:val="clear" w:color="auto" w:fill="E8F1EF"/>
        <w:spacing w:before="120" w:after="120"/>
        <w:ind w:left="120" w:right="120"/>
        <w:rPr>
          <w:lang w:val="nl-NL"/>
        </w:rPr>
      </w:pPr>
      <w:r w:rsidRPr="001529AA">
        <w:rPr>
          <w:b/>
          <w:color w:val="236A67"/>
          <w:sz w:val="25"/>
          <w:lang w:val="nl-NL"/>
        </w:rPr>
        <w:t>6  Benodigde ruimte</w:t>
      </w:r>
    </w:p>
    <w:p w14:paraId="1E66F1A4" w14:textId="34F24BAC" w:rsidR="00071C9E" w:rsidRPr="001529AA" w:rsidRDefault="001A5363">
      <w:pPr>
        <w:spacing w:before="20" w:after="60"/>
        <w:rPr>
          <w:lang w:val="nl-NL"/>
        </w:rPr>
      </w:pPr>
      <w:r w:rsidRPr="001529AA">
        <w:rPr>
          <w:lang w:val="nl-NL"/>
        </w:rPr>
        <w:t>☐ Dorpshuisruimte</w:t>
      </w:r>
      <w:r w:rsidR="001529AA">
        <w:rPr>
          <w:lang w:val="nl-NL"/>
        </w:rPr>
        <w:t xml:space="preserve"> (max.20 pers)</w:t>
      </w:r>
      <w:r w:rsidRPr="001529AA">
        <w:rPr>
          <w:sz w:val="20"/>
          <w:lang w:val="nl-NL"/>
        </w:rPr>
        <w:t xml:space="preserve">     </w:t>
      </w:r>
      <w:r w:rsidRPr="001529AA">
        <w:rPr>
          <w:lang w:val="nl-NL"/>
        </w:rPr>
        <w:t>☐ Dorpshuis + BSO</w:t>
      </w:r>
      <w:r w:rsidR="001529AA">
        <w:rPr>
          <w:lang w:val="nl-NL"/>
        </w:rPr>
        <w:t xml:space="preserve"> (max.35 pers)</w:t>
      </w:r>
      <w:r w:rsidRPr="001529AA">
        <w:rPr>
          <w:sz w:val="20"/>
          <w:lang w:val="nl-NL"/>
        </w:rPr>
        <w:t xml:space="preserve">     </w:t>
      </w:r>
      <w:r w:rsidRPr="001529AA">
        <w:rPr>
          <w:lang w:val="nl-NL"/>
        </w:rPr>
        <w:t xml:space="preserve">☐ </w:t>
      </w:r>
      <w:r w:rsidR="001529AA">
        <w:rPr>
          <w:lang w:val="nl-NL"/>
        </w:rPr>
        <w:t>Dorpshuis + Centrale Hal (max.50 pers)</w:t>
      </w:r>
    </w:p>
    <w:p w14:paraId="6E50E283" w14:textId="7F3A5EC3" w:rsidR="00071C9E" w:rsidRPr="001529AA" w:rsidRDefault="001A5363">
      <w:pPr>
        <w:spacing w:before="20" w:after="60"/>
        <w:rPr>
          <w:lang w:val="nl-NL"/>
        </w:rPr>
      </w:pPr>
      <w:r w:rsidRPr="001529AA">
        <w:rPr>
          <w:lang w:val="nl-NL"/>
        </w:rPr>
        <w:t>☐ Sporthal</w:t>
      </w:r>
    </w:p>
    <w:p w14:paraId="300EB5CD" w14:textId="77777777" w:rsidR="00071C9E" w:rsidRPr="001529AA" w:rsidRDefault="001A5363">
      <w:pPr>
        <w:spacing w:after="100"/>
        <w:ind w:left="198"/>
        <w:rPr>
          <w:lang w:val="nl-NL"/>
        </w:rPr>
      </w:pPr>
      <w:r w:rsidRPr="001529AA">
        <w:rPr>
          <w:b/>
          <w:color w:val="236A67"/>
          <w:sz w:val="18"/>
          <w:lang w:val="nl-NL"/>
        </w:rPr>
        <w:t xml:space="preserve">Let op: </w:t>
      </w:r>
      <w:r w:rsidRPr="001529AA">
        <w:rPr>
          <w:color w:val="667674"/>
          <w:sz w:val="18"/>
          <w:lang w:val="nl-NL"/>
        </w:rPr>
        <w:t xml:space="preserve">de sporthal wordt afzonderlijk verhuurd door de gemeente Noordenveld. Neem hiervoor contact op via </w:t>
      </w:r>
      <w:r w:rsidRPr="001529AA">
        <w:rPr>
          <w:b/>
          <w:color w:val="236A67"/>
          <w:sz w:val="18"/>
          <w:lang w:val="nl-NL"/>
        </w:rPr>
        <w:t>spc.dehullen@noordenveld.nl</w:t>
      </w:r>
      <w:r w:rsidRPr="001529AA">
        <w:rPr>
          <w:color w:val="667674"/>
          <w:sz w:val="18"/>
          <w:lang w:val="nl-NL"/>
        </w:rPr>
        <w:t xml:space="preserve"> of kijk op www.sportcentrumdehullen.nl/sportcentrum/.</w:t>
      </w:r>
    </w:p>
    <w:p w14:paraId="3F6136D7" w14:textId="77777777" w:rsidR="00071C9E" w:rsidRPr="001529AA" w:rsidRDefault="001A5363">
      <w:pPr>
        <w:keepNext/>
        <w:shd w:val="clear" w:color="auto" w:fill="E8F1EF"/>
        <w:spacing w:before="120" w:after="120"/>
        <w:ind w:left="120" w:right="120"/>
        <w:rPr>
          <w:lang w:val="nl-NL"/>
        </w:rPr>
      </w:pPr>
      <w:r w:rsidRPr="001529AA">
        <w:rPr>
          <w:b/>
          <w:color w:val="236A67"/>
          <w:sz w:val="25"/>
          <w:lang w:val="nl-NL"/>
        </w:rPr>
        <w:t>7  Vrijwilligers</w:t>
      </w:r>
    </w:p>
    <w:p w14:paraId="0F81A6E2" w14:textId="77777777" w:rsidR="00071C9E" w:rsidRPr="001529AA" w:rsidRDefault="001A5363">
      <w:pPr>
        <w:spacing w:before="20" w:after="60"/>
        <w:rPr>
          <w:lang w:val="nl-NL"/>
        </w:rPr>
      </w:pPr>
      <w:r w:rsidRPr="001529AA">
        <w:rPr>
          <w:lang w:val="nl-NL"/>
        </w:rPr>
        <w:t>☐ Ja</w:t>
      </w:r>
      <w:r w:rsidRPr="001529AA">
        <w:rPr>
          <w:sz w:val="20"/>
          <w:lang w:val="nl-NL"/>
        </w:rPr>
        <w:t xml:space="preserve">     </w:t>
      </w:r>
      <w:r w:rsidRPr="001529AA">
        <w:rPr>
          <w:lang w:val="nl-NL"/>
        </w:rPr>
        <w:t>☐ Nee</w:t>
      </w:r>
      <w:r w:rsidRPr="001529AA">
        <w:rPr>
          <w:sz w:val="20"/>
          <w:lang w:val="nl-NL"/>
        </w:rPr>
        <w:t xml:space="preserve">     </w:t>
      </w:r>
      <w:r w:rsidRPr="001529AA">
        <w:rPr>
          <w:lang w:val="nl-NL"/>
        </w:rPr>
        <w:t>☐ Gedeeltelijk</w:t>
      </w:r>
      <w:r w:rsidRPr="001529AA">
        <w:rPr>
          <w:i/>
          <w:color w:val="667674"/>
          <w:sz w:val="18"/>
          <w:lang w:val="nl-NL"/>
        </w:rPr>
        <w:br/>
        <w:t>Levert u zelf vrijwilligers voor de activiteit?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428ED2CB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EBD83B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Taken vrijwilligers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D34F1D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Taken vrijwilligers"/>
                <w:tag w:val="Taken vrijwilligers"/>
                <w:id w:val="-1645741346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Beschrijf welke taken uw vrijwilligers uitvoeren</w:t>
                </w:r>
              </w:sdtContent>
            </w:sdt>
          </w:p>
        </w:tc>
      </w:tr>
    </w:tbl>
    <w:p w14:paraId="7C39859E" w14:textId="77777777" w:rsidR="00071C9E" w:rsidRPr="001529AA" w:rsidRDefault="001A5363">
      <w:pPr>
        <w:keepNext/>
        <w:shd w:val="clear" w:color="auto" w:fill="E8F1EF"/>
        <w:spacing w:before="120" w:after="120"/>
        <w:ind w:left="120" w:right="120"/>
        <w:rPr>
          <w:lang w:val="nl-NL"/>
        </w:rPr>
      </w:pPr>
      <w:r w:rsidRPr="001529AA">
        <w:rPr>
          <w:b/>
          <w:color w:val="236A67"/>
          <w:sz w:val="25"/>
          <w:lang w:val="nl-NL"/>
        </w:rPr>
        <w:t>8  Faciliteiten</w:t>
      </w:r>
    </w:p>
    <w:p w14:paraId="45C7F05D" w14:textId="0B0125BF" w:rsidR="00071C9E" w:rsidRPr="001529AA" w:rsidRDefault="001A5363">
      <w:pPr>
        <w:spacing w:before="20" w:after="60"/>
        <w:rPr>
          <w:lang w:val="nl-NL"/>
        </w:rPr>
      </w:pPr>
      <w:r w:rsidRPr="001529AA">
        <w:rPr>
          <w:lang w:val="nl-NL"/>
        </w:rPr>
        <w:t>☐ Keuken</w:t>
      </w:r>
      <w:r w:rsidR="001529AA">
        <w:rPr>
          <w:sz w:val="20"/>
          <w:lang w:val="nl-NL"/>
        </w:rPr>
        <w:t>/bardienst</w:t>
      </w:r>
      <w:r w:rsidRPr="001529AA">
        <w:rPr>
          <w:sz w:val="20"/>
          <w:lang w:val="nl-NL"/>
        </w:rPr>
        <w:t xml:space="preserve">    </w:t>
      </w:r>
      <w:r w:rsidRPr="001529AA">
        <w:rPr>
          <w:lang w:val="nl-NL"/>
        </w:rPr>
        <w:t>☐ Koffie / thee</w:t>
      </w:r>
      <w:r w:rsidRPr="001529AA">
        <w:rPr>
          <w:sz w:val="20"/>
          <w:lang w:val="nl-NL"/>
        </w:rPr>
        <w:t xml:space="preserve"> </w:t>
      </w:r>
      <w:r w:rsidR="001529AA">
        <w:rPr>
          <w:sz w:val="20"/>
          <w:lang w:val="nl-NL"/>
        </w:rPr>
        <w:t>/ koek</w:t>
      </w:r>
      <w:r w:rsidRPr="001529AA">
        <w:rPr>
          <w:sz w:val="20"/>
          <w:lang w:val="nl-NL"/>
        </w:rPr>
        <w:t xml:space="preserve">    </w:t>
      </w:r>
      <w:r w:rsidRPr="001529AA">
        <w:rPr>
          <w:lang w:val="nl-NL"/>
        </w:rPr>
        <w:t>☐ Tafels / stoelen</w:t>
      </w:r>
      <w:r w:rsidR="001529AA">
        <w:rPr>
          <w:lang w:val="nl-NL"/>
        </w:rPr>
        <w:t xml:space="preserve">   </w:t>
      </w:r>
      <w:r w:rsidR="001529AA" w:rsidRPr="001529AA">
        <w:rPr>
          <w:lang w:val="nl-NL"/>
        </w:rPr>
        <w:t xml:space="preserve">☐ </w:t>
      </w:r>
      <w:r w:rsidR="001529AA">
        <w:rPr>
          <w:lang w:val="nl-NL"/>
        </w:rPr>
        <w:t xml:space="preserve">Digibord  </w:t>
      </w:r>
      <w:r w:rsidR="001529AA" w:rsidRPr="001529AA">
        <w:rPr>
          <w:lang w:val="nl-NL"/>
        </w:rPr>
        <w:t xml:space="preserve">☐ </w:t>
      </w:r>
      <w:r w:rsidR="001529AA">
        <w:rPr>
          <w:lang w:val="nl-NL"/>
        </w:rPr>
        <w:t>Geluidsinstallatie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6519"/>
      </w:tblGrid>
      <w:tr w:rsidR="00071C9E" w:rsidRPr="001529AA" w14:paraId="7E8E67F8" w14:textId="77777777">
        <w:trPr>
          <w:cantSplit/>
        </w:trPr>
        <w:tc>
          <w:tcPr>
            <w:tcW w:w="283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shd w:val="clear" w:color="auto" w:fill="F3F7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5D0444" w14:textId="77777777" w:rsidR="00071C9E" w:rsidRDefault="001A5363">
            <w:pPr>
              <w:keepLines/>
              <w:spacing w:after="0"/>
            </w:pPr>
            <w:r>
              <w:rPr>
                <w:b/>
                <w:sz w:val="19"/>
              </w:rPr>
              <w:t>Overige wensen</w:t>
            </w:r>
          </w:p>
        </w:tc>
        <w:tc>
          <w:tcPr>
            <w:tcW w:w="6519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796E6E" w14:textId="77777777" w:rsidR="00071C9E" w:rsidRPr="001529AA" w:rsidRDefault="009774D0">
            <w:pPr>
              <w:keepLines/>
              <w:spacing w:after="0"/>
              <w:rPr>
                <w:lang w:val="nl-NL"/>
              </w:rPr>
            </w:pPr>
            <w:sdt>
              <w:sdtPr>
                <w:alias w:val="Overige wensen"/>
                <w:tag w:val="Overige wensen"/>
                <w:id w:val="1926995702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eventuele overige faciliteiten of bijzonderheden in</w:t>
                </w:r>
              </w:sdtContent>
            </w:sdt>
          </w:p>
        </w:tc>
      </w:tr>
    </w:tbl>
    <w:p w14:paraId="38379885" w14:textId="77777777" w:rsidR="00071C9E" w:rsidRDefault="001A5363">
      <w:pPr>
        <w:keepNext/>
        <w:shd w:val="clear" w:color="auto" w:fill="E8F1EF"/>
        <w:spacing w:before="120" w:after="120"/>
        <w:ind w:left="120" w:right="120"/>
      </w:pPr>
      <w:r>
        <w:rPr>
          <w:b/>
          <w:color w:val="236A67"/>
          <w:sz w:val="25"/>
        </w:rPr>
        <w:t>9  Aanvullende opmerkingen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54"/>
      </w:tblGrid>
      <w:tr w:rsidR="00071C9E" w:rsidRPr="001529AA" w14:paraId="683F6A95" w14:textId="77777777">
        <w:trPr>
          <w:cantSplit/>
        </w:trPr>
        <w:tc>
          <w:tcPr>
            <w:tcW w:w="9354" w:type="dxa"/>
            <w:tcBorders>
              <w:top w:val="single" w:sz="6" w:space="0" w:color="B8C9C6"/>
              <w:left w:val="single" w:sz="6" w:space="0" w:color="B8C9C6"/>
              <w:bottom w:val="single" w:sz="6" w:space="0" w:color="B8C9C6"/>
              <w:right w:val="single" w:sz="6" w:space="0" w:color="B8C9C6"/>
            </w:tcBorders>
            <w:tcMar>
              <w:top w:w="150" w:type="dxa"/>
              <w:left w:w="150" w:type="dxa"/>
              <w:bottom w:w="450" w:type="dxa"/>
              <w:right w:w="150" w:type="dxa"/>
            </w:tcMar>
          </w:tcPr>
          <w:p w14:paraId="47E2F0DF" w14:textId="77777777" w:rsidR="00071C9E" w:rsidRPr="001529AA" w:rsidRDefault="009774D0">
            <w:pPr>
              <w:keepLines/>
              <w:rPr>
                <w:lang w:val="nl-NL"/>
              </w:rPr>
            </w:pPr>
            <w:sdt>
              <w:sdtPr>
                <w:alias w:val="opmerkingen"/>
                <w:tag w:val="opmerkingen"/>
                <w:id w:val="-1385475506"/>
                <w:showingPlcHdr/>
                <w:text/>
              </w:sdtPr>
              <w:sdtEndPr/>
              <w:sdtContent>
                <w:r w:rsidR="001A5363" w:rsidRPr="001529AA">
                  <w:rPr>
                    <w:i/>
                    <w:color w:val="7A8785"/>
                    <w:lang w:val="nl-NL"/>
                  </w:rPr>
                  <w:t>Vul hier aanvullende informatie in</w:t>
                </w:r>
              </w:sdtContent>
            </w:sdt>
          </w:p>
        </w:tc>
      </w:tr>
    </w:tbl>
    <w:p w14:paraId="63E8D295" w14:textId="77777777" w:rsidR="00071C9E" w:rsidRPr="001529AA" w:rsidRDefault="001A5363">
      <w:pPr>
        <w:spacing w:before="180" w:after="40"/>
        <w:rPr>
          <w:lang w:val="nl-NL"/>
        </w:rPr>
      </w:pPr>
      <w:r w:rsidRPr="001529AA">
        <w:rPr>
          <w:b/>
          <w:color w:val="236A67"/>
          <w:lang w:val="nl-NL"/>
        </w:rPr>
        <w:t>Indienen</w:t>
      </w:r>
    </w:p>
    <w:p w14:paraId="75E39304" w14:textId="77777777" w:rsidR="00071C9E" w:rsidRPr="001529AA" w:rsidRDefault="001A5363">
      <w:pPr>
        <w:spacing w:after="0"/>
        <w:rPr>
          <w:lang w:val="nl-NL"/>
        </w:rPr>
      </w:pPr>
      <w:r w:rsidRPr="001529AA">
        <w:rPr>
          <w:color w:val="667674"/>
          <w:sz w:val="19"/>
          <w:lang w:val="nl-NL"/>
        </w:rPr>
        <w:t xml:space="preserve">Stuur het ingevulde formulier naar </w:t>
      </w:r>
      <w:r w:rsidRPr="001529AA">
        <w:rPr>
          <w:b/>
          <w:color w:val="236A67"/>
          <w:sz w:val="19"/>
          <w:lang w:val="nl-NL"/>
        </w:rPr>
        <w:t>geertspeelman@stichtingdorpshuisdeflint.nl</w:t>
      </w:r>
    </w:p>
    <w:sectPr w:rsidR="00071C9E" w:rsidRPr="001529AA" w:rsidSect="00034616">
      <w:footerReference w:type="default" r:id="rId9"/>
      <w:pgSz w:w="11906" w:h="16838"/>
      <w:pgMar w:top="709" w:right="1020" w:bottom="709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3DF1FB" w14:textId="77777777" w:rsidR="001A5363" w:rsidRDefault="001A5363">
      <w:pPr>
        <w:spacing w:after="0" w:line="240" w:lineRule="auto"/>
      </w:pPr>
      <w:r>
        <w:separator/>
      </w:r>
    </w:p>
  </w:endnote>
  <w:endnote w:type="continuationSeparator" w:id="0">
    <w:p w14:paraId="046AB718" w14:textId="77777777" w:rsidR="001A5363" w:rsidRDefault="001A5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A2E0C" w14:textId="77777777" w:rsidR="00071C9E" w:rsidRPr="001529AA" w:rsidRDefault="001A5363">
    <w:pPr>
      <w:pStyle w:val="Voettekst"/>
      <w:jc w:val="center"/>
      <w:rPr>
        <w:lang w:val="nl-NL"/>
      </w:rPr>
    </w:pPr>
    <w:r w:rsidRPr="001529AA">
      <w:rPr>
        <w:color w:val="667674"/>
        <w:sz w:val="17"/>
        <w:lang w:val="nl-NL"/>
      </w:rPr>
      <w:t>Stichting Dorpshuis De Flint · Nietap &amp; Terheijl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36DE0" w14:textId="77777777" w:rsidR="001A5363" w:rsidRDefault="001A5363">
      <w:pPr>
        <w:spacing w:after="0" w:line="240" w:lineRule="auto"/>
      </w:pPr>
      <w:r>
        <w:separator/>
      </w:r>
    </w:p>
  </w:footnote>
  <w:footnote w:type="continuationSeparator" w:id="0">
    <w:p w14:paraId="12DEA7EC" w14:textId="77777777" w:rsidR="001A5363" w:rsidRDefault="001A5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0309879">
    <w:abstractNumId w:val="8"/>
  </w:num>
  <w:num w:numId="2" w16cid:durableId="1624574581">
    <w:abstractNumId w:val="6"/>
  </w:num>
  <w:num w:numId="3" w16cid:durableId="237785153">
    <w:abstractNumId w:val="5"/>
  </w:num>
  <w:num w:numId="4" w16cid:durableId="1206795027">
    <w:abstractNumId w:val="4"/>
  </w:num>
  <w:num w:numId="5" w16cid:durableId="687216089">
    <w:abstractNumId w:val="7"/>
  </w:num>
  <w:num w:numId="6" w16cid:durableId="1424180476">
    <w:abstractNumId w:val="3"/>
  </w:num>
  <w:num w:numId="7" w16cid:durableId="543102360">
    <w:abstractNumId w:val="2"/>
  </w:num>
  <w:num w:numId="8" w16cid:durableId="348914340">
    <w:abstractNumId w:val="1"/>
  </w:num>
  <w:num w:numId="9" w16cid:durableId="14536661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C9E"/>
    <w:rsid w:val="0015074B"/>
    <w:rsid w:val="001529AA"/>
    <w:rsid w:val="001A5363"/>
    <w:rsid w:val="0029639D"/>
    <w:rsid w:val="00326F90"/>
    <w:rsid w:val="003D2335"/>
    <w:rsid w:val="0040065D"/>
    <w:rsid w:val="00516A4D"/>
    <w:rsid w:val="00783B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6B585"/>
  <w14:defaultImageDpi w14:val="300"/>
  <w15:docId w15:val="{67384726-23ED-4543-8526-7CC8E94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80" w:line="252" w:lineRule="auto"/>
    </w:pPr>
    <w:rPr>
      <w:rFonts w:ascii="Aptos" w:hAnsi="Aptos"/>
      <w:color w:val="263333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Aanvraagformulier Dorpshuis De Flint</vt:lpstr>
      <vt:lpstr/>
    </vt:vector>
  </TitlesOfParts>
  <Manager/>
  <Company/>
  <LinksUpToDate>false</LinksUpToDate>
  <CharactersWithSpaces>2185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Dorpshuis De Flint</dc:title>
  <dc:subject>Aanvraag voor een activiteit of initiatief</dc:subject>
  <dc:creator>Stichting Dorpshuis De Flint</dc:creator>
  <cp:keywords/>
  <dc:description>generated by python-docx</dc:description>
  <cp:lastModifiedBy>postemaatjes Esmé</cp:lastModifiedBy>
  <cp:revision>2</cp:revision>
  <dcterms:created xsi:type="dcterms:W3CDTF">2026-10-10T09:47:00Z</dcterms:created>
  <dcterms:modified xsi:type="dcterms:W3CDTF">2026-10-10T09:47:00Z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2026-08-13T18:34:12Z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8e97d784-cf24-4305-a735-f2163c79457f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</Properties>
</file>